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542FB" w14:textId="77777777" w:rsidR="00C140F2" w:rsidRDefault="00000000">
      <w:pPr>
        <w:jc w:val="center"/>
      </w:pPr>
      <w:r>
        <w:rPr>
          <w:b/>
          <w:sz w:val="32"/>
        </w:rPr>
        <w:t>REQUEST FOR QUOTATION – NEEDLES</w:t>
      </w:r>
    </w:p>
    <w:p w14:paraId="6FF29B96" w14:textId="77777777" w:rsidR="00C140F2" w:rsidRDefault="00C140F2"/>
    <w:p w14:paraId="58FDC071" w14:textId="77777777" w:rsidR="00C140F2" w:rsidRDefault="00C140F2"/>
    <w:p w14:paraId="19CC9255" w14:textId="77777777" w:rsidR="00C140F2" w:rsidRDefault="00000000">
      <w:r>
        <w:rPr>
          <w:b/>
        </w:rPr>
        <w:t>1. ITEM SPECIFICATIONS AND QUANTITIES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9"/>
        <w:gridCol w:w="1460"/>
        <w:gridCol w:w="1458"/>
        <w:gridCol w:w="1460"/>
        <w:gridCol w:w="1458"/>
        <w:gridCol w:w="1460"/>
        <w:gridCol w:w="1459"/>
      </w:tblGrid>
      <w:tr w:rsidR="00C140F2" w14:paraId="796C0513" w14:textId="77777777">
        <w:trPr>
          <w:jc w:val="center"/>
        </w:trPr>
        <w:tc>
          <w:tcPr>
            <w:tcW w:w="1461" w:type="dxa"/>
            <w:vAlign w:val="center"/>
          </w:tcPr>
          <w:p w14:paraId="58169434" w14:textId="77777777" w:rsidR="00C140F2" w:rsidRDefault="00000000">
            <w:r>
              <w:rPr>
                <w:b/>
              </w:rPr>
              <w:t>Item / Code</w:t>
            </w:r>
          </w:p>
        </w:tc>
        <w:tc>
          <w:tcPr>
            <w:tcW w:w="1461" w:type="dxa"/>
            <w:vAlign w:val="center"/>
          </w:tcPr>
          <w:p w14:paraId="75407A1C" w14:textId="77777777" w:rsidR="00C140F2" w:rsidRDefault="00000000">
            <w:r>
              <w:rPr>
                <w:b/>
              </w:rPr>
              <w:t>Description</w:t>
            </w:r>
          </w:p>
        </w:tc>
        <w:tc>
          <w:tcPr>
            <w:tcW w:w="1461" w:type="dxa"/>
            <w:vAlign w:val="center"/>
          </w:tcPr>
          <w:p w14:paraId="4599819A" w14:textId="77777777" w:rsidR="00C140F2" w:rsidRDefault="00000000">
            <w:r>
              <w:rPr>
                <w:b/>
              </w:rPr>
              <w:t>Quantity</w:t>
            </w:r>
          </w:p>
        </w:tc>
        <w:tc>
          <w:tcPr>
            <w:tcW w:w="1461" w:type="dxa"/>
            <w:vAlign w:val="center"/>
          </w:tcPr>
          <w:p w14:paraId="2D0DCD7C" w14:textId="77777777" w:rsidR="00C140F2" w:rsidRDefault="00000000">
            <w:r>
              <w:rPr>
                <w:b/>
              </w:rPr>
              <w:t>Packaging</w:t>
            </w:r>
          </w:p>
        </w:tc>
        <w:tc>
          <w:tcPr>
            <w:tcW w:w="1461" w:type="dxa"/>
            <w:vAlign w:val="center"/>
          </w:tcPr>
          <w:p w14:paraId="0590CE0A" w14:textId="77777777" w:rsidR="00C140F2" w:rsidRDefault="00000000">
            <w:r>
              <w:rPr>
                <w:b/>
              </w:rPr>
              <w:t>Colour</w:t>
            </w:r>
          </w:p>
        </w:tc>
        <w:tc>
          <w:tcPr>
            <w:tcW w:w="1461" w:type="dxa"/>
            <w:vAlign w:val="center"/>
          </w:tcPr>
          <w:p w14:paraId="1F3D0DC2" w14:textId="77777777" w:rsidR="00C140F2" w:rsidRDefault="00000000">
            <w:r>
              <w:rPr>
                <w:b/>
              </w:rPr>
              <w:t>Specific requirement</w:t>
            </w:r>
          </w:p>
        </w:tc>
        <w:tc>
          <w:tcPr>
            <w:tcW w:w="1461" w:type="dxa"/>
            <w:vAlign w:val="center"/>
          </w:tcPr>
          <w:p w14:paraId="044580D4" w14:textId="77777777" w:rsidR="00C140F2" w:rsidRDefault="00000000">
            <w:r>
              <w:rPr>
                <w:b/>
              </w:rPr>
              <w:t>Purpose</w:t>
            </w:r>
          </w:p>
        </w:tc>
      </w:tr>
      <w:tr w:rsidR="00C140F2" w14:paraId="00D6FA38" w14:textId="77777777">
        <w:trPr>
          <w:jc w:val="center"/>
        </w:trPr>
        <w:tc>
          <w:tcPr>
            <w:tcW w:w="1461" w:type="dxa"/>
          </w:tcPr>
          <w:p w14:paraId="400BB5B8" w14:textId="77777777" w:rsidR="00C140F2" w:rsidRDefault="00000000">
            <w:r>
              <w:t>CBH119</w:t>
            </w:r>
          </w:p>
        </w:tc>
        <w:tc>
          <w:tcPr>
            <w:tcW w:w="1461" w:type="dxa"/>
          </w:tcPr>
          <w:p w14:paraId="1C472B96" w14:textId="77777777" w:rsidR="00C140F2" w:rsidRDefault="00000000">
            <w:r>
              <w:t>Disposable spinal needle – 25G x 3½</w:t>
            </w:r>
          </w:p>
        </w:tc>
        <w:tc>
          <w:tcPr>
            <w:tcW w:w="1461" w:type="dxa"/>
          </w:tcPr>
          <w:p w14:paraId="715FE7DD" w14:textId="77777777" w:rsidR="00C140F2" w:rsidRDefault="00000000">
            <w:r>
              <w:t>100 boxes</w:t>
            </w:r>
          </w:p>
        </w:tc>
        <w:tc>
          <w:tcPr>
            <w:tcW w:w="1461" w:type="dxa"/>
          </w:tcPr>
          <w:p w14:paraId="074F0957" w14:textId="77777777" w:rsidR="00C140F2" w:rsidRDefault="00000000">
            <w:r>
              <w:t>Box/50</w:t>
            </w:r>
          </w:p>
        </w:tc>
        <w:tc>
          <w:tcPr>
            <w:tcW w:w="1461" w:type="dxa"/>
          </w:tcPr>
          <w:p w14:paraId="7E261269" w14:textId="77777777" w:rsidR="00C140F2" w:rsidRDefault="00000000">
            <w:r>
              <w:t>Orange</w:t>
            </w:r>
          </w:p>
        </w:tc>
        <w:tc>
          <w:tcPr>
            <w:tcW w:w="1461" w:type="dxa"/>
          </w:tcPr>
          <w:p w14:paraId="159D551C" w14:textId="77777777" w:rsidR="00C140F2" w:rsidRDefault="00000000">
            <w:r>
              <w:t>HT-1A Quinckie Point Tube</w:t>
            </w:r>
          </w:p>
        </w:tc>
        <w:tc>
          <w:tcPr>
            <w:tcW w:w="1461" w:type="dxa"/>
          </w:tcPr>
          <w:p w14:paraId="4FD6DC87" w14:textId="77777777" w:rsidR="00C140F2" w:rsidRDefault="00000000">
            <w:r>
              <w:t>For fluid drainage and spinal injecting</w:t>
            </w:r>
          </w:p>
        </w:tc>
      </w:tr>
      <w:tr w:rsidR="00C140F2" w14:paraId="5AB16B70" w14:textId="77777777">
        <w:trPr>
          <w:jc w:val="center"/>
        </w:trPr>
        <w:tc>
          <w:tcPr>
            <w:tcW w:w="1461" w:type="dxa"/>
          </w:tcPr>
          <w:p w14:paraId="5249DB48" w14:textId="77777777" w:rsidR="00C140F2" w:rsidRDefault="00000000">
            <w:r>
              <w:t>6000062</w:t>
            </w:r>
          </w:p>
        </w:tc>
        <w:tc>
          <w:tcPr>
            <w:tcW w:w="1461" w:type="dxa"/>
          </w:tcPr>
          <w:p w14:paraId="766E480C" w14:textId="77777777" w:rsidR="00C140F2" w:rsidRDefault="00000000">
            <w:r>
              <w:t>Vacutainer needle – 21G</w:t>
            </w:r>
          </w:p>
        </w:tc>
        <w:tc>
          <w:tcPr>
            <w:tcW w:w="1461" w:type="dxa"/>
          </w:tcPr>
          <w:p w14:paraId="7FCEF96E" w14:textId="77777777" w:rsidR="00C140F2" w:rsidRDefault="00000000">
            <w:r>
              <w:t>100 boxes</w:t>
            </w:r>
          </w:p>
        </w:tc>
        <w:tc>
          <w:tcPr>
            <w:tcW w:w="1461" w:type="dxa"/>
          </w:tcPr>
          <w:p w14:paraId="4243E194" w14:textId="77777777" w:rsidR="00C140F2" w:rsidRDefault="00000000">
            <w:r>
              <w:t>Box/100</w:t>
            </w:r>
          </w:p>
        </w:tc>
        <w:tc>
          <w:tcPr>
            <w:tcW w:w="1461" w:type="dxa"/>
          </w:tcPr>
          <w:p w14:paraId="4131C4E8" w14:textId="77777777" w:rsidR="00C140F2" w:rsidRDefault="00000000">
            <w:r>
              <w:t>Green</w:t>
            </w:r>
          </w:p>
        </w:tc>
        <w:tc>
          <w:tcPr>
            <w:tcW w:w="1461" w:type="dxa"/>
          </w:tcPr>
          <w:p w14:paraId="2D5BBF77" w14:textId="77777777" w:rsidR="00C140F2" w:rsidRDefault="00000000">
            <w:r>
              <w:t>As specified</w:t>
            </w:r>
          </w:p>
        </w:tc>
        <w:tc>
          <w:tcPr>
            <w:tcW w:w="1461" w:type="dxa"/>
          </w:tcPr>
          <w:p w14:paraId="33CD0123" w14:textId="77777777" w:rsidR="00C140F2" w:rsidRDefault="00000000">
            <w:r>
              <w:t>For checking of patients high blood pressure</w:t>
            </w:r>
          </w:p>
        </w:tc>
      </w:tr>
      <w:tr w:rsidR="00C140F2" w14:paraId="6A3C13C3" w14:textId="77777777">
        <w:trPr>
          <w:jc w:val="center"/>
        </w:trPr>
        <w:tc>
          <w:tcPr>
            <w:tcW w:w="1461" w:type="dxa"/>
          </w:tcPr>
          <w:p w14:paraId="63738BB7" w14:textId="77777777" w:rsidR="00C140F2" w:rsidRDefault="00000000">
            <w:r>
              <w:t>CBH118</w:t>
            </w:r>
          </w:p>
        </w:tc>
        <w:tc>
          <w:tcPr>
            <w:tcW w:w="1461" w:type="dxa"/>
          </w:tcPr>
          <w:p w14:paraId="62C3D820" w14:textId="77777777" w:rsidR="00C140F2" w:rsidRDefault="00000000">
            <w:r>
              <w:t>Needle – 16G</w:t>
            </w:r>
          </w:p>
        </w:tc>
        <w:tc>
          <w:tcPr>
            <w:tcW w:w="1461" w:type="dxa"/>
          </w:tcPr>
          <w:p w14:paraId="0E472C01" w14:textId="77777777" w:rsidR="00C140F2" w:rsidRDefault="00000000">
            <w:r>
              <w:t>20 boxes</w:t>
            </w:r>
          </w:p>
        </w:tc>
        <w:tc>
          <w:tcPr>
            <w:tcW w:w="1461" w:type="dxa"/>
          </w:tcPr>
          <w:p w14:paraId="5B6FD6D0" w14:textId="77777777" w:rsidR="00C140F2" w:rsidRDefault="00000000">
            <w:r>
              <w:t>Box/100</w:t>
            </w:r>
          </w:p>
        </w:tc>
        <w:tc>
          <w:tcPr>
            <w:tcW w:w="1461" w:type="dxa"/>
          </w:tcPr>
          <w:p w14:paraId="6C90C918" w14:textId="77777777" w:rsidR="00C140F2" w:rsidRDefault="00000000">
            <w:r>
              <w:t>Clear</w:t>
            </w:r>
          </w:p>
        </w:tc>
        <w:tc>
          <w:tcPr>
            <w:tcW w:w="1461" w:type="dxa"/>
          </w:tcPr>
          <w:p w14:paraId="097F8E44" w14:textId="77777777" w:rsidR="00C140F2" w:rsidRDefault="00000000">
            <w:r>
              <w:t>As specified</w:t>
            </w:r>
          </w:p>
        </w:tc>
        <w:tc>
          <w:tcPr>
            <w:tcW w:w="1461" w:type="dxa"/>
          </w:tcPr>
          <w:p w14:paraId="7D817395" w14:textId="77777777" w:rsidR="00C140F2" w:rsidRDefault="00000000">
            <w:r>
              <w:t>For emergency trolley</w:t>
            </w:r>
          </w:p>
        </w:tc>
      </w:tr>
    </w:tbl>
    <w:p w14:paraId="1DCF0AC4" w14:textId="77777777" w:rsidR="00C140F2" w:rsidRDefault="00C140F2"/>
    <w:p w14:paraId="2ADCBC66" w14:textId="77777777" w:rsidR="00C140F2" w:rsidRDefault="00000000">
      <w:r>
        <w:rPr>
          <w:b/>
        </w:rPr>
        <w:t>2. SPECIFICATION REQUIREMENTS</w:t>
      </w:r>
    </w:p>
    <w:p w14:paraId="71345B8F" w14:textId="77777777" w:rsidR="00C140F2" w:rsidRDefault="00000000">
      <w:pPr>
        <w:pStyle w:val="ListBullet"/>
      </w:pPr>
      <w:r>
        <w:t>Disposable spinal needle: 25G x 3½, box of 50, orange in colour, HT-1A Quinckie Point Tube.</w:t>
      </w:r>
    </w:p>
    <w:p w14:paraId="00A97A3C" w14:textId="77777777" w:rsidR="00C140F2" w:rsidRDefault="00000000">
      <w:pPr>
        <w:pStyle w:val="ListBullet"/>
      </w:pPr>
      <w:r>
        <w:t>Vacutainer needle: 21G, box of 100, green in colour.</w:t>
      </w:r>
    </w:p>
    <w:p w14:paraId="00C2F7E3" w14:textId="77777777" w:rsidR="00C140F2" w:rsidRDefault="00000000">
      <w:pPr>
        <w:pStyle w:val="ListBullet"/>
      </w:pPr>
      <w:r>
        <w:t>Needle: 16G, box of 100, clear in colour.</w:t>
      </w:r>
    </w:p>
    <w:p w14:paraId="52AC79C2" w14:textId="77777777" w:rsidR="00C140F2" w:rsidRDefault="00000000">
      <w:pPr>
        <w:pStyle w:val="ListBullet"/>
      </w:pPr>
      <w:r>
        <w:t>Quality standard stated in the specification forms: Good Condition.</w:t>
      </w:r>
    </w:p>
    <w:p w14:paraId="3DC7F8F4" w14:textId="77777777" w:rsidR="00C140F2" w:rsidRDefault="00000000">
      <w:pPr>
        <w:pStyle w:val="ListBullet"/>
      </w:pPr>
      <w:r>
        <w:t>Unit of measure / packaging: Box.</w:t>
      </w:r>
    </w:p>
    <w:p w14:paraId="3BA68255" w14:textId="77777777" w:rsidR="00C140F2" w:rsidRDefault="00000000">
      <w:pPr>
        <w:pStyle w:val="ListBullet"/>
      </w:pPr>
      <w:r>
        <w:t>Samples are indicated as NOT required on the specification forms.</w:t>
      </w:r>
    </w:p>
    <w:p w14:paraId="7DE2BA9C" w14:textId="77777777" w:rsidR="00C140F2" w:rsidRDefault="00000000">
      <w:pPr>
        <w:pStyle w:val="ListBullet"/>
      </w:pPr>
      <w:r>
        <w:t>Addendum to specification: See attached.</w:t>
      </w:r>
    </w:p>
    <w:p w14:paraId="7E1DFAAA" w14:textId="77777777" w:rsidR="00C140F2" w:rsidRDefault="00000000">
      <w:pPr>
        <w:pStyle w:val="ListBullet"/>
      </w:pPr>
      <w:r>
        <w:t>The quotation document requires proof that the supplied items are SABS or SANS approved.</w:t>
      </w:r>
    </w:p>
    <w:p w14:paraId="5F263FAC" w14:textId="77777777" w:rsidR="00C140F2" w:rsidRDefault="00000000">
      <w:pPr>
        <w:pStyle w:val="ListBullet"/>
      </w:pPr>
      <w:r>
        <w:t>Please quote only products that comply with the stated specifications and provide manufacturer/product information where available.</w:t>
      </w:r>
    </w:p>
    <w:p w14:paraId="59658352" w14:textId="77777777" w:rsidR="00C140F2" w:rsidRDefault="00C140F2"/>
    <w:p w14:paraId="266BD8D3" w14:textId="77777777" w:rsidR="00C140F2" w:rsidRDefault="00000000">
      <w:r>
        <w:rPr>
          <w:b/>
        </w:rPr>
        <w:t>3. INFORMATION TO REQUEST FROM SUPPLIER</w:t>
      </w:r>
    </w:p>
    <w:p w14:paraId="1269F00B" w14:textId="77777777" w:rsidR="00C140F2" w:rsidRDefault="00000000">
      <w:pPr>
        <w:pStyle w:val="ListBullet"/>
      </w:pPr>
      <w:r>
        <w:t>Price per box and total price for the required quantity.</w:t>
      </w:r>
    </w:p>
    <w:p w14:paraId="052AA43A" w14:textId="77777777" w:rsidR="00C140F2" w:rsidRDefault="00000000">
      <w:pPr>
        <w:pStyle w:val="ListBullet"/>
      </w:pPr>
      <w:r>
        <w:t>VAT amount and total price inclusive of VAT, where applicable.</w:t>
      </w:r>
    </w:p>
    <w:p w14:paraId="4FEAEA75" w14:textId="77777777" w:rsidR="00C140F2" w:rsidRDefault="00000000">
      <w:pPr>
        <w:pStyle w:val="ListBullet"/>
      </w:pPr>
      <w:r>
        <w:t>Delivery charges to Catherine Booth Hospital / Kwa-Khoza Reserve, Amatikulu, KwaZulu-Natal.</w:t>
      </w:r>
    </w:p>
    <w:p w14:paraId="02317CD9" w14:textId="77777777" w:rsidR="00C140F2" w:rsidRDefault="00000000">
      <w:pPr>
        <w:pStyle w:val="ListBullet"/>
      </w:pPr>
      <w:r>
        <w:t>Lead time and availability.</w:t>
      </w:r>
    </w:p>
    <w:p w14:paraId="3F8F4B5A" w14:textId="77777777" w:rsidR="00C140F2" w:rsidRDefault="00000000">
      <w:pPr>
        <w:pStyle w:val="ListBullet"/>
      </w:pPr>
      <w:r>
        <w:t>Manufacturer and brand.</w:t>
      </w:r>
    </w:p>
    <w:p w14:paraId="774A9037" w14:textId="77777777" w:rsidR="00C140F2" w:rsidRDefault="00000000">
      <w:pPr>
        <w:pStyle w:val="ListBullet"/>
      </w:pPr>
      <w:r>
        <w:t>Product catalogue/datasheet or technical specification.</w:t>
      </w:r>
    </w:p>
    <w:p w14:paraId="028B7AA1" w14:textId="77777777" w:rsidR="00C140F2" w:rsidRDefault="00000000">
      <w:pPr>
        <w:pStyle w:val="ListBullet"/>
      </w:pPr>
      <w:r>
        <w:t>Proof/certificate that the offered product is SABS or SANS approved, where applicable.</w:t>
      </w:r>
    </w:p>
    <w:p w14:paraId="3BEC34A7" w14:textId="77777777" w:rsidR="00C140F2" w:rsidRDefault="00000000">
      <w:pPr>
        <w:pStyle w:val="ListBullet"/>
      </w:pPr>
      <w:r>
        <w:t>Quotation validity period.</w:t>
      </w:r>
    </w:p>
    <w:p w14:paraId="5059F02F" w14:textId="77777777" w:rsidR="00C140F2" w:rsidRDefault="00C140F2"/>
    <w:sectPr w:rsidR="00C140F2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2332015">
    <w:abstractNumId w:val="8"/>
  </w:num>
  <w:num w:numId="2" w16cid:durableId="1010446244">
    <w:abstractNumId w:val="6"/>
  </w:num>
  <w:num w:numId="3" w16cid:durableId="1300258060">
    <w:abstractNumId w:val="5"/>
  </w:num>
  <w:num w:numId="4" w16cid:durableId="1297757391">
    <w:abstractNumId w:val="4"/>
  </w:num>
  <w:num w:numId="5" w16cid:durableId="618799446">
    <w:abstractNumId w:val="7"/>
  </w:num>
  <w:num w:numId="6" w16cid:durableId="1356614115">
    <w:abstractNumId w:val="3"/>
  </w:num>
  <w:num w:numId="7" w16cid:durableId="1595476086">
    <w:abstractNumId w:val="2"/>
  </w:num>
  <w:num w:numId="8" w16cid:durableId="1091317768">
    <w:abstractNumId w:val="1"/>
  </w:num>
  <w:num w:numId="9" w16cid:durableId="82963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2730"/>
    <w:rsid w:val="00AA1D8D"/>
    <w:rsid w:val="00B47730"/>
    <w:rsid w:val="00C140F2"/>
    <w:rsid w:val="00CB0664"/>
    <w:rsid w:val="00F349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4AF700F"/>
  <w14:defaultImageDpi w14:val="300"/>
  <w15:docId w15:val="{D5AABBB8-25CD-43F0-815E-AB835C28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THULANI NDLOVU</cp:lastModifiedBy>
  <cp:revision>2</cp:revision>
  <dcterms:created xsi:type="dcterms:W3CDTF">2026-09-21T16:49:00Z</dcterms:created>
  <dcterms:modified xsi:type="dcterms:W3CDTF">2026-09-21T16:49:00Z</dcterms:modified>
  <cp:category/>
</cp:coreProperties>
</file>